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C115D" w14:textId="77777777" w:rsidR="00DF6AD7" w:rsidRPr="00367F97" w:rsidRDefault="00000000">
      <w:pPr>
        <w:spacing w:after="240"/>
        <w:jc w:val="right"/>
        <w:rPr>
          <w:lang w:val="pl-PL"/>
        </w:rPr>
      </w:pPr>
      <w:r w:rsidRPr="00367F97">
        <w:rPr>
          <w:rFonts w:ascii="Arial" w:hAnsi="Arial"/>
          <w:i/>
          <w:sz w:val="20"/>
          <w:lang w:val="pl-PL"/>
        </w:rPr>
        <w:t>Załącznik nr 1 do Zapytania Ofertowego</w:t>
      </w:r>
    </w:p>
    <w:p w14:paraId="7242D1AF" w14:textId="77777777" w:rsidR="00DF6AD7" w:rsidRPr="00367F97" w:rsidRDefault="00000000">
      <w:pPr>
        <w:spacing w:after="280"/>
        <w:jc w:val="center"/>
        <w:rPr>
          <w:lang w:val="pl-PL"/>
        </w:rPr>
      </w:pPr>
      <w:r w:rsidRPr="00367F97">
        <w:rPr>
          <w:rFonts w:ascii="Arial" w:hAnsi="Arial"/>
          <w:b/>
          <w:color w:val="003366"/>
          <w:sz w:val="32"/>
          <w:lang w:val="pl-PL"/>
        </w:rPr>
        <w:t>FORMULARZ OFERTOWY</w:t>
      </w:r>
    </w:p>
    <w:p w14:paraId="0873098F" w14:textId="77777777" w:rsidR="00DF6AD7" w:rsidRPr="00367F97" w:rsidRDefault="00000000">
      <w:pPr>
        <w:spacing w:after="280" w:line="312" w:lineRule="auto"/>
        <w:rPr>
          <w:lang w:val="pl-PL"/>
        </w:rPr>
      </w:pPr>
      <w:r w:rsidRPr="00367F97">
        <w:rPr>
          <w:rFonts w:ascii="Arial" w:hAnsi="Arial"/>
          <w:b/>
          <w:sz w:val="20"/>
          <w:lang w:val="pl-PL"/>
        </w:rPr>
        <w:t>DANE WYKONAWCY:</w:t>
      </w:r>
      <w:r w:rsidRPr="00367F97">
        <w:rPr>
          <w:rFonts w:ascii="Arial" w:hAnsi="Arial"/>
          <w:sz w:val="20"/>
          <w:lang w:val="pl-PL"/>
        </w:rPr>
        <w:br/>
        <w:t>Pełna nazwa firmy: ...........................................................................................................</w:t>
      </w:r>
      <w:r w:rsidRPr="00367F97">
        <w:rPr>
          <w:rFonts w:ascii="Arial" w:hAnsi="Arial"/>
          <w:sz w:val="20"/>
          <w:lang w:val="pl-PL"/>
        </w:rPr>
        <w:br/>
        <w:t>Adres siedziby: ......................................................................................................................</w:t>
      </w:r>
      <w:r w:rsidRPr="00367F97">
        <w:rPr>
          <w:rFonts w:ascii="Arial" w:hAnsi="Arial"/>
          <w:sz w:val="20"/>
          <w:lang w:val="pl-PL"/>
        </w:rPr>
        <w:br/>
        <w:t>NIP: ............................................................ REGON: .............................................................</w:t>
      </w:r>
      <w:r w:rsidRPr="00367F97">
        <w:rPr>
          <w:rFonts w:ascii="Arial" w:hAnsi="Arial"/>
          <w:sz w:val="20"/>
          <w:lang w:val="pl-PL"/>
        </w:rPr>
        <w:br/>
        <w:t>E-mail: ........................................................ Tel.: ...................................................................</w:t>
      </w:r>
    </w:p>
    <w:p w14:paraId="4042647A" w14:textId="77777777" w:rsidR="00DF6AD7" w:rsidRPr="00367F97" w:rsidRDefault="00000000">
      <w:pPr>
        <w:spacing w:after="280"/>
        <w:rPr>
          <w:lang w:val="pl-PL"/>
        </w:rPr>
      </w:pPr>
      <w:r w:rsidRPr="00367F97">
        <w:rPr>
          <w:rFonts w:ascii="Arial" w:hAnsi="Arial"/>
          <w:b/>
          <w:sz w:val="20"/>
          <w:lang w:val="pl-PL"/>
        </w:rPr>
        <w:t>ZAMAWIAJĄCY:</w:t>
      </w:r>
      <w:r w:rsidRPr="00367F97">
        <w:rPr>
          <w:rFonts w:ascii="Arial" w:hAnsi="Arial"/>
          <w:sz w:val="20"/>
          <w:lang w:val="pl-PL"/>
        </w:rPr>
        <w:br/>
        <w:t>Szkoła Podstawowa nr 55</w:t>
      </w:r>
      <w:r w:rsidRPr="00367F97">
        <w:rPr>
          <w:rFonts w:ascii="Arial" w:hAnsi="Arial"/>
          <w:sz w:val="20"/>
          <w:lang w:val="pl-PL"/>
        </w:rPr>
        <w:br/>
        <w:t>[Wpisz adres szkoły]</w:t>
      </w:r>
    </w:p>
    <w:p w14:paraId="4E1578A2" w14:textId="77777777" w:rsidR="00DF6AD7" w:rsidRPr="00367F97" w:rsidRDefault="00000000">
      <w:pPr>
        <w:jc w:val="both"/>
        <w:rPr>
          <w:lang w:val="pl-PL"/>
        </w:rPr>
      </w:pPr>
      <w:r w:rsidRPr="00367F97">
        <w:rPr>
          <w:rFonts w:ascii="Arial" w:hAnsi="Arial"/>
          <w:sz w:val="20"/>
          <w:lang w:val="pl-PL"/>
        </w:rPr>
        <w:t xml:space="preserve">Odpowiadając na zapytanie ofertowe na realizację zadania pn.: </w:t>
      </w:r>
      <w:r w:rsidRPr="00367F97">
        <w:rPr>
          <w:rFonts w:ascii="Arial" w:hAnsi="Arial"/>
          <w:b/>
          <w:sz w:val="20"/>
          <w:lang w:val="pl-PL"/>
        </w:rPr>
        <w:t>„Modernizacja oświetlenia w budynku Szkoły Podstawowej nr 55”</w:t>
      </w:r>
      <w:r w:rsidRPr="00367F97">
        <w:rPr>
          <w:rFonts w:ascii="Arial" w:hAnsi="Arial"/>
          <w:sz w:val="20"/>
          <w:lang w:val="pl-PL"/>
        </w:rPr>
        <w:t>, oferujemy wykonanie pełnego zakresu rzeczowego zamówienia zgodnie z wymaganiami określonymi przez Zamawiającego: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76"/>
        <w:gridCol w:w="4176"/>
        <w:gridCol w:w="1584"/>
        <w:gridCol w:w="1296"/>
        <w:gridCol w:w="1728"/>
      </w:tblGrid>
      <w:tr w:rsidR="00DF6AD7" w14:paraId="28E6A759" w14:textId="77777777">
        <w:trPr>
          <w:jc w:val="center"/>
        </w:trPr>
        <w:tc>
          <w:tcPr>
            <w:tcW w:w="576" w:type="dxa"/>
            <w:tcBorders>
              <w:bottom w:val="single" w:sz="4" w:space="0" w:color="CCCCCC"/>
            </w:tcBorders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1B04D" w14:textId="77777777" w:rsidR="00DF6AD7" w:rsidRDefault="00000000">
            <w:pPr>
              <w:spacing w:after="120"/>
              <w:jc w:val="center"/>
            </w:pPr>
            <w:proofErr w:type="spellStart"/>
            <w:r>
              <w:rPr>
                <w:rFonts w:ascii="Arial" w:hAnsi="Arial"/>
                <w:b/>
                <w:color w:val="FFFFFF"/>
                <w:sz w:val="19"/>
              </w:rPr>
              <w:t>Lp</w:t>
            </w:r>
            <w:proofErr w:type="spellEnd"/>
            <w:r>
              <w:rPr>
                <w:rFonts w:ascii="Arial" w:hAnsi="Arial"/>
                <w:b/>
                <w:color w:val="FFFFFF"/>
                <w:sz w:val="19"/>
              </w:rPr>
              <w:t>.</w:t>
            </w:r>
          </w:p>
        </w:tc>
        <w:tc>
          <w:tcPr>
            <w:tcW w:w="4176" w:type="dxa"/>
            <w:tcBorders>
              <w:bottom w:val="single" w:sz="4" w:space="0" w:color="CCCCCC"/>
            </w:tcBorders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53E75" w14:textId="77777777" w:rsidR="00DF6AD7" w:rsidRDefault="00000000">
            <w:pPr>
              <w:spacing w:after="120"/>
            </w:pPr>
            <w:r>
              <w:rPr>
                <w:rFonts w:ascii="Arial" w:hAnsi="Arial"/>
                <w:b/>
                <w:color w:val="FFFFFF"/>
                <w:sz w:val="19"/>
              </w:rPr>
              <w:t>Opis elementu rozliczeniowego</w:t>
            </w:r>
          </w:p>
        </w:tc>
        <w:tc>
          <w:tcPr>
            <w:tcW w:w="1584" w:type="dxa"/>
            <w:tcBorders>
              <w:bottom w:val="single" w:sz="4" w:space="0" w:color="CCCCCC"/>
            </w:tcBorders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9E917" w14:textId="77777777" w:rsidR="00DF6AD7" w:rsidRDefault="00000000">
            <w:pPr>
              <w:spacing w:after="12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Wartość netto (PLN)</w:t>
            </w:r>
          </w:p>
        </w:tc>
        <w:tc>
          <w:tcPr>
            <w:tcW w:w="1296" w:type="dxa"/>
            <w:tcBorders>
              <w:bottom w:val="single" w:sz="4" w:space="0" w:color="CCCCCC"/>
            </w:tcBorders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0085A" w14:textId="77777777" w:rsidR="00DF6AD7" w:rsidRDefault="00000000">
            <w:pPr>
              <w:spacing w:after="12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Stawka VAT</w:t>
            </w:r>
          </w:p>
        </w:tc>
        <w:tc>
          <w:tcPr>
            <w:tcW w:w="1728" w:type="dxa"/>
            <w:tcBorders>
              <w:bottom w:val="single" w:sz="4" w:space="0" w:color="CCCCCC"/>
            </w:tcBorders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D14DF" w14:textId="77777777" w:rsidR="00DF6AD7" w:rsidRDefault="00000000">
            <w:pPr>
              <w:spacing w:after="12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Wartość brutto (PLN)</w:t>
            </w:r>
          </w:p>
        </w:tc>
      </w:tr>
      <w:tr w:rsidR="00DF6AD7" w:rsidRPr="00367F97" w14:paraId="09938A37" w14:textId="77777777">
        <w:trPr>
          <w:jc w:val="center"/>
        </w:trPr>
        <w:tc>
          <w:tcPr>
            <w:tcW w:w="576" w:type="dxa"/>
            <w:tcBorders>
              <w:bottom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AED062" w14:textId="77777777" w:rsidR="00DF6AD7" w:rsidRDefault="00000000">
            <w:pPr>
              <w:spacing w:after="120"/>
              <w:jc w:val="center"/>
            </w:pPr>
            <w:r>
              <w:rPr>
                <w:rFonts w:ascii="Arial" w:hAnsi="Arial"/>
                <w:sz w:val="18"/>
              </w:rPr>
              <w:t>1.</w:t>
            </w:r>
          </w:p>
        </w:tc>
        <w:tc>
          <w:tcPr>
            <w:tcW w:w="4176" w:type="dxa"/>
            <w:tcBorders>
              <w:bottom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7D0B47" w14:textId="77777777" w:rsidR="00DF6AD7" w:rsidRPr="00367F97" w:rsidRDefault="00000000">
            <w:pPr>
              <w:spacing w:after="120"/>
              <w:rPr>
                <w:lang w:val="pl-PL"/>
              </w:rPr>
            </w:pPr>
            <w:r w:rsidRPr="00367F97">
              <w:rPr>
                <w:rFonts w:ascii="Arial" w:hAnsi="Arial"/>
                <w:sz w:val="18"/>
                <w:lang w:val="pl-PL"/>
              </w:rPr>
              <w:t>Modernizacja opraw liniowych (wymiana/przeróbka 58 szt. świetlówek w 29 szt. opraw na tuby LED G13 L1200mm)</w:t>
            </w:r>
          </w:p>
        </w:tc>
        <w:tc>
          <w:tcPr>
            <w:tcW w:w="1584" w:type="dxa"/>
            <w:tcBorders>
              <w:bottom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268E2A" w14:textId="77777777" w:rsidR="00DF6AD7" w:rsidRPr="00367F97" w:rsidRDefault="00DF6AD7">
            <w:pPr>
              <w:spacing w:after="120"/>
              <w:jc w:val="center"/>
              <w:rPr>
                <w:lang w:val="pl-PL"/>
              </w:rPr>
            </w:pPr>
          </w:p>
        </w:tc>
        <w:tc>
          <w:tcPr>
            <w:tcW w:w="1296" w:type="dxa"/>
            <w:tcBorders>
              <w:bottom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28C643" w14:textId="77777777" w:rsidR="00DF6AD7" w:rsidRPr="00367F97" w:rsidRDefault="00DF6AD7">
            <w:pPr>
              <w:spacing w:after="120"/>
              <w:jc w:val="center"/>
              <w:rPr>
                <w:lang w:val="pl-PL"/>
              </w:rPr>
            </w:pPr>
          </w:p>
        </w:tc>
        <w:tc>
          <w:tcPr>
            <w:tcW w:w="1728" w:type="dxa"/>
            <w:tcBorders>
              <w:bottom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4ACC7D" w14:textId="77777777" w:rsidR="00DF6AD7" w:rsidRPr="00367F97" w:rsidRDefault="00DF6AD7">
            <w:pPr>
              <w:spacing w:after="120"/>
              <w:jc w:val="center"/>
              <w:rPr>
                <w:lang w:val="pl-PL"/>
              </w:rPr>
            </w:pPr>
          </w:p>
        </w:tc>
      </w:tr>
      <w:tr w:rsidR="00DF6AD7" w:rsidRPr="00367F97" w14:paraId="228EB0EB" w14:textId="77777777">
        <w:trPr>
          <w:jc w:val="center"/>
        </w:trPr>
        <w:tc>
          <w:tcPr>
            <w:tcW w:w="576" w:type="dxa"/>
            <w:tcBorders>
              <w:bottom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2A194C" w14:textId="77777777" w:rsidR="00DF6AD7" w:rsidRDefault="00000000">
            <w:pPr>
              <w:spacing w:after="120"/>
              <w:jc w:val="center"/>
            </w:pPr>
            <w:r>
              <w:rPr>
                <w:rFonts w:ascii="Arial" w:hAnsi="Arial"/>
                <w:sz w:val="18"/>
              </w:rPr>
              <w:t>2.</w:t>
            </w:r>
          </w:p>
        </w:tc>
        <w:tc>
          <w:tcPr>
            <w:tcW w:w="4176" w:type="dxa"/>
            <w:tcBorders>
              <w:bottom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197716" w14:textId="77777777" w:rsidR="00DF6AD7" w:rsidRPr="00367F97" w:rsidRDefault="00000000">
            <w:pPr>
              <w:spacing w:after="120"/>
              <w:rPr>
                <w:lang w:val="pl-PL"/>
              </w:rPr>
            </w:pPr>
            <w:r w:rsidRPr="00367F97">
              <w:rPr>
                <w:rFonts w:ascii="Arial" w:hAnsi="Arial"/>
                <w:sz w:val="18"/>
                <w:lang w:val="pl-PL"/>
              </w:rPr>
              <w:t>Modernizacja oświetlenia w plafonach (wymiana/przeróbka źródeł światła w 20 szt. opraw z trzonkiem G24d-2)</w:t>
            </w:r>
          </w:p>
        </w:tc>
        <w:tc>
          <w:tcPr>
            <w:tcW w:w="1584" w:type="dxa"/>
            <w:tcBorders>
              <w:bottom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FA7835" w14:textId="77777777" w:rsidR="00DF6AD7" w:rsidRPr="00367F97" w:rsidRDefault="00DF6AD7">
            <w:pPr>
              <w:spacing w:after="120"/>
              <w:jc w:val="center"/>
              <w:rPr>
                <w:lang w:val="pl-PL"/>
              </w:rPr>
            </w:pPr>
          </w:p>
        </w:tc>
        <w:tc>
          <w:tcPr>
            <w:tcW w:w="1296" w:type="dxa"/>
            <w:tcBorders>
              <w:bottom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E274C7" w14:textId="77777777" w:rsidR="00DF6AD7" w:rsidRPr="00367F97" w:rsidRDefault="00DF6AD7">
            <w:pPr>
              <w:spacing w:after="120"/>
              <w:jc w:val="center"/>
              <w:rPr>
                <w:lang w:val="pl-PL"/>
              </w:rPr>
            </w:pPr>
          </w:p>
        </w:tc>
        <w:tc>
          <w:tcPr>
            <w:tcW w:w="1728" w:type="dxa"/>
            <w:tcBorders>
              <w:bottom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A6C2DF" w14:textId="77777777" w:rsidR="00DF6AD7" w:rsidRPr="00367F97" w:rsidRDefault="00DF6AD7">
            <w:pPr>
              <w:spacing w:after="120"/>
              <w:jc w:val="center"/>
              <w:rPr>
                <w:lang w:val="pl-PL"/>
              </w:rPr>
            </w:pPr>
          </w:p>
        </w:tc>
      </w:tr>
      <w:tr w:rsidR="00DF6AD7" w:rsidRPr="00367F97" w14:paraId="79032ECD" w14:textId="77777777">
        <w:trPr>
          <w:jc w:val="center"/>
        </w:trPr>
        <w:tc>
          <w:tcPr>
            <w:tcW w:w="576" w:type="dxa"/>
            <w:tcBorders>
              <w:bottom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25DAEC" w14:textId="77777777" w:rsidR="00DF6AD7" w:rsidRDefault="00000000">
            <w:pPr>
              <w:spacing w:after="120"/>
              <w:jc w:val="center"/>
            </w:pPr>
            <w:r>
              <w:rPr>
                <w:rFonts w:ascii="Arial" w:hAnsi="Arial"/>
                <w:sz w:val="18"/>
              </w:rPr>
              <w:t>3.</w:t>
            </w:r>
          </w:p>
        </w:tc>
        <w:tc>
          <w:tcPr>
            <w:tcW w:w="4176" w:type="dxa"/>
            <w:tcBorders>
              <w:bottom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4C685F" w14:textId="77777777" w:rsidR="00DF6AD7" w:rsidRPr="00367F97" w:rsidRDefault="00000000">
            <w:pPr>
              <w:spacing w:after="120"/>
              <w:rPr>
                <w:lang w:val="pl-PL"/>
              </w:rPr>
            </w:pPr>
            <w:r w:rsidRPr="00367F97">
              <w:rPr>
                <w:rFonts w:ascii="Arial" w:hAnsi="Arial"/>
                <w:sz w:val="18"/>
                <w:lang w:val="pl-PL"/>
              </w:rPr>
              <w:t>Wykonanie pomiarów oświetlenia po zakończeniu prac wraz ze sporządzeniem protokołu zgodnego z normą PN-EN-12464-1</w:t>
            </w:r>
          </w:p>
        </w:tc>
        <w:tc>
          <w:tcPr>
            <w:tcW w:w="1584" w:type="dxa"/>
            <w:tcBorders>
              <w:bottom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4D0025" w14:textId="77777777" w:rsidR="00DF6AD7" w:rsidRPr="00367F97" w:rsidRDefault="00DF6AD7">
            <w:pPr>
              <w:spacing w:after="120"/>
              <w:jc w:val="center"/>
              <w:rPr>
                <w:lang w:val="pl-PL"/>
              </w:rPr>
            </w:pPr>
          </w:p>
        </w:tc>
        <w:tc>
          <w:tcPr>
            <w:tcW w:w="1296" w:type="dxa"/>
            <w:tcBorders>
              <w:bottom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0B5A0B" w14:textId="77777777" w:rsidR="00DF6AD7" w:rsidRPr="00367F97" w:rsidRDefault="00DF6AD7">
            <w:pPr>
              <w:spacing w:after="120"/>
              <w:jc w:val="center"/>
              <w:rPr>
                <w:lang w:val="pl-PL"/>
              </w:rPr>
            </w:pPr>
          </w:p>
        </w:tc>
        <w:tc>
          <w:tcPr>
            <w:tcW w:w="1728" w:type="dxa"/>
            <w:tcBorders>
              <w:bottom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8A203B" w14:textId="77777777" w:rsidR="00DF6AD7" w:rsidRPr="00367F97" w:rsidRDefault="00DF6AD7">
            <w:pPr>
              <w:spacing w:after="120"/>
              <w:jc w:val="center"/>
              <w:rPr>
                <w:lang w:val="pl-PL"/>
              </w:rPr>
            </w:pPr>
          </w:p>
        </w:tc>
      </w:tr>
      <w:tr w:rsidR="00DF6AD7" w14:paraId="14853FC6" w14:textId="77777777">
        <w:trPr>
          <w:jc w:val="center"/>
        </w:trPr>
        <w:tc>
          <w:tcPr>
            <w:tcW w:w="576" w:type="dxa"/>
            <w:tcBorders>
              <w:bottom w:val="single" w:sz="4" w:space="0" w:color="CCCCCC"/>
            </w:tcBorders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277798" w14:textId="77777777" w:rsidR="00DF6AD7" w:rsidRPr="00367F97" w:rsidRDefault="00DF6AD7">
            <w:pPr>
              <w:spacing w:after="120"/>
              <w:jc w:val="center"/>
              <w:rPr>
                <w:lang w:val="pl-PL"/>
              </w:rPr>
            </w:pPr>
          </w:p>
        </w:tc>
        <w:tc>
          <w:tcPr>
            <w:tcW w:w="4176" w:type="dxa"/>
            <w:tcBorders>
              <w:bottom w:val="single" w:sz="4" w:space="0" w:color="CCCCCC"/>
            </w:tcBorders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23C548" w14:textId="77777777" w:rsidR="00DF6AD7" w:rsidRDefault="00000000">
            <w:pPr>
              <w:spacing w:after="120"/>
            </w:pPr>
            <w:r>
              <w:rPr>
                <w:rFonts w:ascii="Arial" w:hAnsi="Arial"/>
                <w:b/>
                <w:sz w:val="18"/>
              </w:rPr>
              <w:t>RAZEM (CENA RYCZAŁTOWA ZAMÓWIENIA):</w:t>
            </w:r>
          </w:p>
        </w:tc>
        <w:tc>
          <w:tcPr>
            <w:tcW w:w="1584" w:type="dxa"/>
            <w:tcBorders>
              <w:bottom w:val="single" w:sz="4" w:space="0" w:color="CCCCCC"/>
            </w:tcBorders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542470" w14:textId="77777777" w:rsidR="00DF6AD7" w:rsidRDefault="00DF6AD7">
            <w:pPr>
              <w:spacing w:after="120"/>
              <w:jc w:val="center"/>
            </w:pPr>
          </w:p>
        </w:tc>
        <w:tc>
          <w:tcPr>
            <w:tcW w:w="1296" w:type="dxa"/>
            <w:tcBorders>
              <w:bottom w:val="single" w:sz="4" w:space="0" w:color="CCCCCC"/>
            </w:tcBorders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06A8E5" w14:textId="77777777" w:rsidR="00DF6AD7" w:rsidRDefault="00000000">
            <w:pPr>
              <w:spacing w:after="120"/>
              <w:jc w:val="center"/>
            </w:pPr>
            <w:r>
              <w:rPr>
                <w:rFonts w:ascii="Arial" w:hAnsi="Arial"/>
                <w:b/>
                <w:sz w:val="18"/>
              </w:rPr>
              <w:t>X</w:t>
            </w:r>
          </w:p>
        </w:tc>
        <w:tc>
          <w:tcPr>
            <w:tcW w:w="1728" w:type="dxa"/>
            <w:tcBorders>
              <w:bottom w:val="single" w:sz="4" w:space="0" w:color="CCCCCC"/>
            </w:tcBorders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8A0241" w14:textId="77777777" w:rsidR="00DF6AD7" w:rsidRDefault="00DF6AD7">
            <w:pPr>
              <w:spacing w:after="120"/>
              <w:jc w:val="center"/>
            </w:pPr>
          </w:p>
        </w:tc>
      </w:tr>
    </w:tbl>
    <w:p w14:paraId="56EC3F55" w14:textId="77777777" w:rsidR="00DF6AD7" w:rsidRPr="00367F97" w:rsidRDefault="00000000">
      <w:pPr>
        <w:spacing w:before="160" w:after="120"/>
        <w:rPr>
          <w:lang w:val="pl-PL"/>
        </w:rPr>
      </w:pPr>
      <w:r w:rsidRPr="00367F97">
        <w:rPr>
          <w:rFonts w:ascii="Arial" w:hAnsi="Arial"/>
          <w:sz w:val="20"/>
          <w:lang w:val="pl-PL"/>
        </w:rPr>
        <w:br/>
      </w:r>
      <w:r w:rsidRPr="00367F97">
        <w:rPr>
          <w:rFonts w:ascii="Arial" w:hAnsi="Arial"/>
          <w:b/>
          <w:sz w:val="20"/>
          <w:lang w:val="pl-PL"/>
        </w:rPr>
        <w:t>Łączna cena ofertowa (brutto) słownie:</w:t>
      </w:r>
      <w:r w:rsidRPr="00367F97">
        <w:rPr>
          <w:rFonts w:ascii="Arial" w:hAnsi="Arial"/>
          <w:sz w:val="20"/>
          <w:lang w:val="pl-PL"/>
        </w:rPr>
        <w:t xml:space="preserve"> ........................................................................................................................................................ złotych.</w:t>
      </w:r>
    </w:p>
    <w:p w14:paraId="404686C1" w14:textId="77777777" w:rsidR="00DF6AD7" w:rsidRDefault="00000000">
      <w:pPr>
        <w:spacing w:before="280" w:after="120"/>
      </w:pPr>
      <w:r>
        <w:rPr>
          <w:rFonts w:ascii="Arial" w:hAnsi="Arial"/>
          <w:b/>
          <w:color w:val="003366"/>
        </w:rPr>
        <w:t>OŚWIADCZENIA WYKONAWCY</w:t>
      </w:r>
    </w:p>
    <w:p w14:paraId="6CAC8303" w14:textId="77777777" w:rsidR="00DF6AD7" w:rsidRPr="00367F97" w:rsidRDefault="00000000">
      <w:pPr>
        <w:pStyle w:val="Listapunktowana"/>
        <w:spacing w:after="60"/>
        <w:jc w:val="both"/>
        <w:rPr>
          <w:lang w:val="pl-PL"/>
        </w:rPr>
      </w:pPr>
      <w:r w:rsidRPr="00367F97">
        <w:rPr>
          <w:rFonts w:ascii="Arial" w:hAnsi="Arial"/>
          <w:sz w:val="19"/>
          <w:lang w:val="pl-PL"/>
        </w:rPr>
        <w:t xml:space="preserve">Zobowiązujemy się do wykonania całości zamówienia i przekazania dokumentacji pomiarowej w nieprzekraczalnym terminie do dnia </w:t>
      </w:r>
      <w:r w:rsidRPr="00367F97">
        <w:rPr>
          <w:rFonts w:ascii="Arial" w:hAnsi="Arial"/>
          <w:b/>
          <w:sz w:val="19"/>
          <w:lang w:val="pl-PL"/>
        </w:rPr>
        <w:t>15 grudnia 2026 r.</w:t>
      </w:r>
    </w:p>
    <w:p w14:paraId="312AEF52" w14:textId="77777777" w:rsidR="00DF6AD7" w:rsidRPr="00367F97" w:rsidRDefault="00000000">
      <w:pPr>
        <w:pStyle w:val="Listapunktowana"/>
        <w:spacing w:after="60"/>
        <w:jc w:val="both"/>
        <w:rPr>
          <w:lang w:val="pl-PL"/>
        </w:rPr>
      </w:pPr>
      <w:r w:rsidRPr="00367F97">
        <w:rPr>
          <w:rFonts w:ascii="Arial" w:hAnsi="Arial"/>
          <w:sz w:val="19"/>
          <w:lang w:val="pl-PL"/>
        </w:rPr>
        <w:t xml:space="preserve">Oświadczamy, że jesteśmy związani niniejszą ofertą przez okres </w:t>
      </w:r>
      <w:r w:rsidRPr="00367F97">
        <w:rPr>
          <w:rFonts w:ascii="Arial" w:hAnsi="Arial"/>
          <w:b/>
          <w:sz w:val="19"/>
          <w:lang w:val="pl-PL"/>
        </w:rPr>
        <w:t>30 dni</w:t>
      </w:r>
      <w:r w:rsidRPr="00367F97">
        <w:rPr>
          <w:rFonts w:ascii="Arial" w:hAnsi="Arial"/>
          <w:sz w:val="19"/>
          <w:lang w:val="pl-PL"/>
        </w:rPr>
        <w:t xml:space="preserve"> od upływu terminu składania ofert.</w:t>
      </w:r>
    </w:p>
    <w:p w14:paraId="572BDF8D" w14:textId="77777777" w:rsidR="00DF6AD7" w:rsidRPr="00367F97" w:rsidRDefault="00000000">
      <w:pPr>
        <w:pStyle w:val="Listapunktowana"/>
        <w:spacing w:after="60"/>
        <w:jc w:val="both"/>
        <w:rPr>
          <w:lang w:val="pl-PL"/>
        </w:rPr>
      </w:pPr>
      <w:r w:rsidRPr="00367F97">
        <w:rPr>
          <w:rFonts w:ascii="Arial" w:hAnsi="Arial"/>
          <w:sz w:val="19"/>
          <w:lang w:val="pl-PL"/>
        </w:rPr>
        <w:t>Akceptujemy warunki płatności określone w zapytaniu ofertowym (płatność przelewem na rachunek bankowy w terminie do 30 dni po bezusterkowym odbiorze końcowym robót).</w:t>
      </w:r>
    </w:p>
    <w:p w14:paraId="492BF7FE" w14:textId="77777777" w:rsidR="00DF6AD7" w:rsidRPr="00367F97" w:rsidRDefault="00000000">
      <w:pPr>
        <w:pStyle w:val="Listapunktowana"/>
        <w:spacing w:after="60"/>
        <w:jc w:val="both"/>
        <w:rPr>
          <w:lang w:val="pl-PL"/>
        </w:rPr>
      </w:pPr>
      <w:r w:rsidRPr="00367F97">
        <w:rPr>
          <w:rFonts w:ascii="Arial" w:hAnsi="Arial"/>
          <w:sz w:val="19"/>
          <w:lang w:val="pl-PL"/>
        </w:rPr>
        <w:lastRenderedPageBreak/>
        <w:t>Oświadczamy, że zapoznaliśmy się z opisem przedmiotu zamówienia, nie wnosimy do niego żadnych zastrzeżeń i zdobyliśmy wszelkie informacje niezbędne do prawidłowego przygotowania oferty.</w:t>
      </w:r>
    </w:p>
    <w:p w14:paraId="36D5A7F6" w14:textId="77777777" w:rsidR="00DF6AD7" w:rsidRPr="00367F97" w:rsidRDefault="00000000">
      <w:pPr>
        <w:pStyle w:val="Listapunktowana"/>
        <w:spacing w:after="60"/>
        <w:jc w:val="both"/>
        <w:rPr>
          <w:lang w:val="pl-PL"/>
        </w:rPr>
      </w:pPr>
      <w:r w:rsidRPr="00367F97">
        <w:rPr>
          <w:rFonts w:ascii="Arial" w:hAnsi="Arial"/>
          <w:sz w:val="19"/>
          <w:lang w:val="pl-PL"/>
        </w:rPr>
        <w:t>Oświadczamy, że dysponujemy osobami posiadającymi niezbędne uprawnienia (w tym uprawnienia elektryczne dozoru i eksploatacji E/D) do wykonania montażu oraz przeprowadzenia pomiarów oświetlenia.</w:t>
      </w:r>
    </w:p>
    <w:p w14:paraId="3D99564B" w14:textId="77777777" w:rsidR="00DF6AD7" w:rsidRPr="00367F97" w:rsidRDefault="00000000">
      <w:pPr>
        <w:pStyle w:val="Listapunktowana"/>
        <w:spacing w:after="60"/>
        <w:jc w:val="both"/>
        <w:rPr>
          <w:lang w:val="pl-PL"/>
        </w:rPr>
      </w:pPr>
      <w:r w:rsidRPr="00367F97">
        <w:rPr>
          <w:rFonts w:ascii="Arial" w:hAnsi="Arial"/>
          <w:sz w:val="19"/>
          <w:lang w:val="pl-PL"/>
        </w:rPr>
        <w:t>Oświadczamy, że numer rachunku bankowego, który zostanie wskazany na fakturze, figuruje w wykazie podmiotów zarejestrowanych jako podatnicy VAT (tzw. biała lista).</w:t>
      </w:r>
    </w:p>
    <w:p w14:paraId="3E90517D" w14:textId="77777777" w:rsidR="00DF6AD7" w:rsidRPr="00367F97" w:rsidRDefault="00000000">
      <w:pPr>
        <w:spacing w:before="300" w:after="120"/>
        <w:rPr>
          <w:lang w:val="pl-PL"/>
        </w:rPr>
      </w:pPr>
      <w:r w:rsidRPr="00367F97">
        <w:rPr>
          <w:rFonts w:ascii="Arial" w:hAnsi="Arial"/>
          <w:sz w:val="20"/>
          <w:lang w:val="pl-PL"/>
        </w:rPr>
        <w:br/>
      </w:r>
      <w:r w:rsidRPr="00367F97">
        <w:rPr>
          <w:rFonts w:ascii="Arial" w:hAnsi="Arial"/>
          <w:sz w:val="20"/>
          <w:lang w:val="pl-PL"/>
        </w:rPr>
        <w:br/>
        <w:t>...........................................................</w:t>
      </w:r>
      <w:r w:rsidRPr="00367F97">
        <w:rPr>
          <w:rFonts w:ascii="Arial" w:hAnsi="Arial"/>
          <w:sz w:val="20"/>
          <w:lang w:val="pl-PL"/>
        </w:rPr>
        <w:br/>
        <w:t>(Miejscowość, data)</w:t>
      </w:r>
    </w:p>
    <w:p w14:paraId="419304DF" w14:textId="77777777" w:rsidR="00DF6AD7" w:rsidRPr="00367F97" w:rsidRDefault="00000000">
      <w:pPr>
        <w:spacing w:before="200" w:after="120"/>
        <w:jc w:val="right"/>
        <w:rPr>
          <w:lang w:val="pl-PL"/>
        </w:rPr>
      </w:pPr>
      <w:r w:rsidRPr="00367F97">
        <w:rPr>
          <w:rFonts w:ascii="Arial" w:hAnsi="Arial"/>
          <w:sz w:val="20"/>
          <w:lang w:val="pl-PL"/>
        </w:rPr>
        <w:t>......................................................................................................</w:t>
      </w:r>
      <w:r w:rsidRPr="00367F97">
        <w:rPr>
          <w:rFonts w:ascii="Arial" w:hAnsi="Arial"/>
          <w:sz w:val="20"/>
          <w:lang w:val="pl-PL"/>
        </w:rPr>
        <w:br/>
        <w:t>(Podpis osoby/osób uprawnionej/</w:t>
      </w:r>
      <w:proofErr w:type="spellStart"/>
      <w:r w:rsidRPr="00367F97">
        <w:rPr>
          <w:rFonts w:ascii="Arial" w:hAnsi="Arial"/>
          <w:sz w:val="20"/>
          <w:lang w:val="pl-PL"/>
        </w:rPr>
        <w:t>ych</w:t>
      </w:r>
      <w:proofErr w:type="spellEnd"/>
      <w:r w:rsidRPr="00367F97">
        <w:rPr>
          <w:rFonts w:ascii="Arial" w:hAnsi="Arial"/>
          <w:sz w:val="20"/>
          <w:lang w:val="pl-PL"/>
        </w:rPr>
        <w:t xml:space="preserve"> do reprezentowania Wykonawcy)</w:t>
      </w:r>
    </w:p>
    <w:sectPr w:rsidR="00DF6AD7" w:rsidRPr="00367F97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0CEE77A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7B500F0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5957202">
    <w:abstractNumId w:val="8"/>
  </w:num>
  <w:num w:numId="2" w16cid:durableId="1828741929">
    <w:abstractNumId w:val="6"/>
  </w:num>
  <w:num w:numId="3" w16cid:durableId="1074471603">
    <w:abstractNumId w:val="5"/>
  </w:num>
  <w:num w:numId="4" w16cid:durableId="64378733">
    <w:abstractNumId w:val="4"/>
  </w:num>
  <w:num w:numId="5" w16cid:durableId="2116051507">
    <w:abstractNumId w:val="7"/>
  </w:num>
  <w:num w:numId="6" w16cid:durableId="1662268845">
    <w:abstractNumId w:val="3"/>
  </w:num>
  <w:num w:numId="7" w16cid:durableId="993724158">
    <w:abstractNumId w:val="2"/>
  </w:num>
  <w:num w:numId="8" w16cid:durableId="232981054">
    <w:abstractNumId w:val="1"/>
  </w:num>
  <w:num w:numId="9" w16cid:durableId="1174415173">
    <w:abstractNumId w:val="0"/>
  </w:num>
  <w:num w:numId="10" w16cid:durableId="973221815">
    <w:abstractNumId w:val="7"/>
  </w:num>
  <w:num w:numId="11" w16cid:durableId="4250792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301B"/>
    <w:rsid w:val="0015074B"/>
    <w:rsid w:val="0029639D"/>
    <w:rsid w:val="00326F90"/>
    <w:rsid w:val="00367F97"/>
    <w:rsid w:val="00AA1D8D"/>
    <w:rsid w:val="00B47730"/>
    <w:rsid w:val="00CB0664"/>
    <w:rsid w:val="00DF6AD7"/>
    <w:rsid w:val="00F3720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1885E8"/>
  <w14:defaultImageDpi w14:val="300"/>
  <w15:docId w15:val="{C101F001-18F3-4810-AC5A-C5B4A659B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367F97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67F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Sekretariat SP</cp:lastModifiedBy>
  <cp:revision>2</cp:revision>
  <cp:lastPrinted>2026-09-29T10:11:00Z</cp:lastPrinted>
  <dcterms:created xsi:type="dcterms:W3CDTF">2026-09-30T07:15:00Z</dcterms:created>
  <dcterms:modified xsi:type="dcterms:W3CDTF">2026-09-30T07:15:00Z</dcterms:modified>
  <cp:category/>
</cp:coreProperties>
</file>