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115D" w14:textId="77777777" w:rsidR="00DF6AD7" w:rsidRPr="00367F97" w:rsidRDefault="00000000">
      <w:pPr>
        <w:spacing w:after="240"/>
        <w:jc w:val="right"/>
        <w:rPr>
          <w:lang w:val="pl-PL"/>
        </w:rPr>
      </w:pPr>
      <w:r w:rsidRPr="00367F97">
        <w:rPr>
          <w:rFonts w:ascii="Arial" w:hAnsi="Arial"/>
          <w:i/>
          <w:sz w:val="20"/>
          <w:lang w:val="pl-PL"/>
        </w:rPr>
        <w:t>Załącznik nr 1 do Zapytania Ofertowego</w:t>
      </w:r>
    </w:p>
    <w:p w14:paraId="7242D1AF" w14:textId="77777777" w:rsidR="00DF6AD7" w:rsidRPr="00367F97" w:rsidRDefault="00000000">
      <w:pPr>
        <w:spacing w:after="280"/>
        <w:jc w:val="center"/>
        <w:rPr>
          <w:lang w:val="pl-PL"/>
        </w:rPr>
      </w:pPr>
      <w:r w:rsidRPr="00367F97">
        <w:rPr>
          <w:rFonts w:ascii="Arial" w:hAnsi="Arial"/>
          <w:b/>
          <w:color w:val="003366"/>
          <w:sz w:val="32"/>
          <w:lang w:val="pl-PL"/>
        </w:rPr>
        <w:t>FORMULARZ OFERTOWY</w:t>
      </w:r>
    </w:p>
    <w:p w14:paraId="0873098F" w14:textId="77777777" w:rsidR="00DF6AD7" w:rsidRPr="00367F97" w:rsidRDefault="00000000">
      <w:pPr>
        <w:spacing w:after="280" w:line="312" w:lineRule="auto"/>
        <w:rPr>
          <w:lang w:val="pl-PL"/>
        </w:rPr>
      </w:pPr>
      <w:r w:rsidRPr="00367F97">
        <w:rPr>
          <w:rFonts w:ascii="Arial" w:hAnsi="Arial"/>
          <w:b/>
          <w:sz w:val="20"/>
          <w:lang w:val="pl-PL"/>
        </w:rPr>
        <w:t>DANE WYKONAWCY:</w:t>
      </w:r>
      <w:r w:rsidRPr="00367F97">
        <w:rPr>
          <w:rFonts w:ascii="Arial" w:hAnsi="Arial"/>
          <w:sz w:val="20"/>
          <w:lang w:val="pl-PL"/>
        </w:rPr>
        <w:br/>
        <w:t>Pełna nazwa firmy: ...........................................................................................................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Adres siedziby: ......................................................................................................................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NIP: ............................................................ REGON: 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E-mail: ........................................................ Tel.: ...................................................................</w:t>
      </w:r>
    </w:p>
    <w:p w14:paraId="4042647A" w14:textId="77777777" w:rsidR="00DF6AD7" w:rsidRPr="00367F97" w:rsidRDefault="00000000">
      <w:pPr>
        <w:spacing w:after="280"/>
        <w:rPr>
          <w:lang w:val="pl-PL"/>
        </w:rPr>
      </w:pPr>
      <w:r w:rsidRPr="00367F97">
        <w:rPr>
          <w:rFonts w:ascii="Arial" w:hAnsi="Arial"/>
          <w:b/>
          <w:sz w:val="20"/>
          <w:lang w:val="pl-PL"/>
        </w:rPr>
        <w:t>ZAMAWIAJĄCY:</w:t>
      </w:r>
      <w:r w:rsidRPr="00367F97">
        <w:rPr>
          <w:rFonts w:ascii="Arial" w:hAnsi="Arial"/>
          <w:sz w:val="20"/>
          <w:lang w:val="pl-PL"/>
        </w:rPr>
        <w:br/>
        <w:t>Szkoła Podstawowa nr 55</w:t>
      </w:r>
      <w:r w:rsidRPr="00367F97">
        <w:rPr>
          <w:rFonts w:ascii="Arial" w:hAnsi="Arial"/>
          <w:sz w:val="20"/>
          <w:lang w:val="pl-PL"/>
        </w:rPr>
        <w:br/>
        <w:t>[Wpisz adres szkoły]</w:t>
      </w:r>
    </w:p>
    <w:p w14:paraId="4E1578A2" w14:textId="77777777" w:rsidR="00DF6AD7" w:rsidRPr="00367F97" w:rsidRDefault="00000000">
      <w:pPr>
        <w:jc w:val="both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t xml:space="preserve">Odpowiadając na zapytanie ofertowe na realizację zadania pn.: </w:t>
      </w:r>
      <w:r w:rsidRPr="00367F97">
        <w:rPr>
          <w:rFonts w:ascii="Arial" w:hAnsi="Arial"/>
          <w:b/>
          <w:sz w:val="20"/>
          <w:lang w:val="pl-PL"/>
        </w:rPr>
        <w:t>„Modernizacja oświetlenia w budynku Szkoły Podstawowej nr 55”</w:t>
      </w:r>
      <w:r w:rsidRPr="00367F97">
        <w:rPr>
          <w:rFonts w:ascii="Arial" w:hAnsi="Arial"/>
          <w:sz w:val="20"/>
          <w:lang w:val="pl-PL"/>
        </w:rPr>
        <w:t>, oferujemy wykonanie pełnego zakresu rzeczowego zamówienia zgodnie z wymaganiami określonymi przez Zamawiającego: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4176"/>
        <w:gridCol w:w="1584"/>
        <w:gridCol w:w="1296"/>
        <w:gridCol w:w="1728"/>
      </w:tblGrid>
      <w:tr w:rsidR="00DF6AD7" w14:paraId="28E6A759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1B04D" w14:textId="77777777" w:rsidR="00DF6AD7" w:rsidRDefault="00000000">
            <w:pPr>
              <w:spacing w:after="120"/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Lp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>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53E75" w14:textId="77777777" w:rsidR="00DF6AD7" w:rsidRDefault="00000000">
            <w:pPr>
              <w:spacing w:after="120"/>
            </w:pPr>
            <w:r>
              <w:rPr>
                <w:rFonts w:ascii="Arial" w:hAnsi="Arial"/>
                <w:b/>
                <w:color w:val="FFFFFF"/>
                <w:sz w:val="19"/>
              </w:rPr>
              <w:t>Opis elementu rozliczeniowego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E917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Wartość netto (PLN)</w:t>
            </w:r>
          </w:p>
        </w:tc>
        <w:tc>
          <w:tcPr>
            <w:tcW w:w="129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085A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Stawka VAT</w:t>
            </w:r>
          </w:p>
        </w:tc>
        <w:tc>
          <w:tcPr>
            <w:tcW w:w="1728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D14DF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Wartość brutto (PLN)</w:t>
            </w:r>
          </w:p>
        </w:tc>
      </w:tr>
      <w:tr w:rsidR="00DF6AD7" w:rsidRPr="00777ECE" w14:paraId="09938A37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ED062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D0B47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Modernizacja opraw liniowych (wymiana/przeróbka 58 szt. świetlówek w 29 szt. opraw na tuby LED G13 L1200mm)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68E2A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28C643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ACC7D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:rsidRPr="00777ECE" w14:paraId="228EB0EB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A194C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97716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Modernizacja oświetlenia w plafonach (wymiana/przeróbka źródeł światła w 20 szt. opraw z trzonkiem G24d-2)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FA7835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274C7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6C2DF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:rsidRPr="00777ECE" w14:paraId="79032ECD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5DAEC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C685F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Wykonanie pomiarów oświetlenia po zakończeniu prac wraz ze sporządzeniem protokołu zgodnego z normą PN-EN-12464-1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4D0025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B5A0B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A203B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14:paraId="14853FC6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277798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417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3C548" w14:textId="77777777" w:rsidR="00DF6AD7" w:rsidRDefault="00000000">
            <w:pPr>
              <w:spacing w:after="120"/>
            </w:pPr>
            <w:r>
              <w:rPr>
                <w:rFonts w:ascii="Arial" w:hAnsi="Arial"/>
                <w:b/>
                <w:sz w:val="18"/>
              </w:rPr>
              <w:t>RAZEM (CENA RYCZAŁTOWA ZAMÓWIENIA):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42470" w14:textId="77777777" w:rsidR="00DF6AD7" w:rsidRDefault="00DF6AD7">
            <w:pPr>
              <w:spacing w:after="120"/>
              <w:jc w:val="center"/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6A8E5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sz w:val="18"/>
              </w:rPr>
              <w:t>X</w:t>
            </w:r>
          </w:p>
        </w:tc>
        <w:tc>
          <w:tcPr>
            <w:tcW w:w="1728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A0241" w14:textId="77777777" w:rsidR="00DF6AD7" w:rsidRDefault="00DF6AD7">
            <w:pPr>
              <w:spacing w:after="120"/>
              <w:jc w:val="center"/>
            </w:pPr>
          </w:p>
        </w:tc>
      </w:tr>
    </w:tbl>
    <w:p w14:paraId="56EC3F55" w14:textId="77777777" w:rsidR="00DF6AD7" w:rsidRPr="00367F97" w:rsidRDefault="00000000">
      <w:pPr>
        <w:spacing w:before="160" w:after="120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br/>
      </w:r>
      <w:r w:rsidRPr="00367F97">
        <w:rPr>
          <w:rFonts w:ascii="Arial" w:hAnsi="Arial"/>
          <w:b/>
          <w:sz w:val="20"/>
          <w:lang w:val="pl-PL"/>
        </w:rPr>
        <w:t>Łączna cena ofertowa (brutto) słownie:</w:t>
      </w:r>
      <w:r w:rsidRPr="00367F97">
        <w:rPr>
          <w:rFonts w:ascii="Arial" w:hAnsi="Arial"/>
          <w:sz w:val="20"/>
          <w:lang w:val="pl-PL"/>
        </w:rPr>
        <w:t xml:space="preserve"> ........................................................................................................................................................ złotych.</w:t>
      </w:r>
    </w:p>
    <w:p w14:paraId="404686C1" w14:textId="77777777" w:rsidR="00DF6AD7" w:rsidRDefault="00000000">
      <w:pPr>
        <w:spacing w:before="280" w:after="120"/>
      </w:pPr>
      <w:r>
        <w:rPr>
          <w:rFonts w:ascii="Arial" w:hAnsi="Arial"/>
          <w:b/>
          <w:color w:val="003366"/>
        </w:rPr>
        <w:t>OŚWIADCZENIA WYKONAWCY</w:t>
      </w:r>
    </w:p>
    <w:p w14:paraId="6CAC8303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 xml:space="preserve">Zobowiązujemy się do wykonania całości zamówienia i przekazania dokumentacji pomiarowej w nieprzekraczalnym terminie do dnia </w:t>
      </w:r>
      <w:r w:rsidRPr="00367F97">
        <w:rPr>
          <w:rFonts w:ascii="Arial" w:hAnsi="Arial"/>
          <w:b/>
          <w:sz w:val="19"/>
          <w:lang w:val="pl-PL"/>
        </w:rPr>
        <w:t>15 grudnia 2026 r.</w:t>
      </w:r>
    </w:p>
    <w:p w14:paraId="312AEF52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 xml:space="preserve">Oświadczamy, że jesteśmy związani niniejszą ofertą przez okres </w:t>
      </w:r>
      <w:r w:rsidRPr="00367F97">
        <w:rPr>
          <w:rFonts w:ascii="Arial" w:hAnsi="Arial"/>
          <w:b/>
          <w:sz w:val="19"/>
          <w:lang w:val="pl-PL"/>
        </w:rPr>
        <w:t>30 dni</w:t>
      </w:r>
      <w:r w:rsidRPr="00367F97">
        <w:rPr>
          <w:rFonts w:ascii="Arial" w:hAnsi="Arial"/>
          <w:sz w:val="19"/>
          <w:lang w:val="pl-PL"/>
        </w:rPr>
        <w:t xml:space="preserve"> od upływu terminu składania ofert.</w:t>
      </w:r>
    </w:p>
    <w:p w14:paraId="572BDF8D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Akceptujemy warunki płatności określone w zapytaniu ofertowym (płatność przelewem na rachunek bankowy w terminie do 30 dni po bezusterkowym odbiorze końcowym robót).</w:t>
      </w:r>
    </w:p>
    <w:p w14:paraId="492BF7FE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lastRenderedPageBreak/>
        <w:t>Oświadczamy, że zapoznaliśmy się z opisem przedmiotu zamówienia, nie wnosimy do niego żadnych zastrzeżeń i zdobyliśmy wszelkie informacje niezbędne do prawidłowego przygotowania oferty.</w:t>
      </w:r>
    </w:p>
    <w:p w14:paraId="36D5A7F6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Oświadczamy, że dysponujemy osobami posiadającymi niezbędne uprawnienia (w tym uprawnienia elektryczne dozoru i eksploatacji E/D) do wykonania montażu oraz przeprowadzenia pomiarów oświetlenia.</w:t>
      </w:r>
    </w:p>
    <w:p w14:paraId="3D99564B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Oświadczamy, że numer rachunku bankowego, który zostanie wskazany na fakturze, figuruje w wykazie podmiotów zarejestrowanych jako podatnicy VAT (tzw. biała lista).</w:t>
      </w:r>
    </w:p>
    <w:p w14:paraId="3E90517D" w14:textId="77777777" w:rsidR="00DF6AD7" w:rsidRPr="00367F97" w:rsidRDefault="00000000">
      <w:pPr>
        <w:spacing w:before="300" w:after="120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br/>
      </w:r>
      <w:r w:rsidRPr="00367F97">
        <w:rPr>
          <w:rFonts w:ascii="Arial" w:hAnsi="Arial"/>
          <w:sz w:val="20"/>
          <w:lang w:val="pl-PL"/>
        </w:rPr>
        <w:br/>
        <w:t>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(Miejscowość, data)</w:t>
      </w:r>
    </w:p>
    <w:p w14:paraId="419304DF" w14:textId="77777777" w:rsidR="00DF6AD7" w:rsidRPr="00367F97" w:rsidRDefault="00000000">
      <w:pPr>
        <w:spacing w:before="200" w:after="120"/>
        <w:jc w:val="right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t>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(Podpis osoby/osób uprawnionej/</w:t>
      </w:r>
      <w:proofErr w:type="spellStart"/>
      <w:r w:rsidRPr="00367F97">
        <w:rPr>
          <w:rFonts w:ascii="Arial" w:hAnsi="Arial"/>
          <w:sz w:val="20"/>
          <w:lang w:val="pl-PL"/>
        </w:rPr>
        <w:t>ych</w:t>
      </w:r>
      <w:proofErr w:type="spellEnd"/>
      <w:r w:rsidRPr="00367F97">
        <w:rPr>
          <w:rFonts w:ascii="Arial" w:hAnsi="Arial"/>
          <w:sz w:val="20"/>
          <w:lang w:val="pl-PL"/>
        </w:rPr>
        <w:t xml:space="preserve"> do reprezentowania Wykonawcy)</w:t>
      </w:r>
    </w:p>
    <w:sectPr w:rsidR="00DF6AD7" w:rsidRPr="00367F9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AD34361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CCAA2B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957202">
    <w:abstractNumId w:val="8"/>
  </w:num>
  <w:num w:numId="2" w16cid:durableId="1828741929">
    <w:abstractNumId w:val="6"/>
  </w:num>
  <w:num w:numId="3" w16cid:durableId="1074471603">
    <w:abstractNumId w:val="5"/>
  </w:num>
  <w:num w:numId="4" w16cid:durableId="64378733">
    <w:abstractNumId w:val="4"/>
  </w:num>
  <w:num w:numId="5" w16cid:durableId="2116051507">
    <w:abstractNumId w:val="7"/>
  </w:num>
  <w:num w:numId="6" w16cid:durableId="1662268845">
    <w:abstractNumId w:val="3"/>
  </w:num>
  <w:num w:numId="7" w16cid:durableId="993724158">
    <w:abstractNumId w:val="2"/>
  </w:num>
  <w:num w:numId="8" w16cid:durableId="232981054">
    <w:abstractNumId w:val="1"/>
  </w:num>
  <w:num w:numId="9" w16cid:durableId="1174415173">
    <w:abstractNumId w:val="0"/>
  </w:num>
  <w:num w:numId="10" w16cid:durableId="19689268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63B"/>
    <w:rsid w:val="0006063C"/>
    <w:rsid w:val="0015074B"/>
    <w:rsid w:val="0029639D"/>
    <w:rsid w:val="00326F90"/>
    <w:rsid w:val="00367F97"/>
    <w:rsid w:val="00777ECE"/>
    <w:rsid w:val="00AA1D8D"/>
    <w:rsid w:val="00B47730"/>
    <w:rsid w:val="00CB0664"/>
    <w:rsid w:val="00DF6AD7"/>
    <w:rsid w:val="00F372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885E8"/>
  <w14:defaultImageDpi w14:val="300"/>
  <w15:docId w15:val="{C101F001-18F3-4810-AC5A-C5B4A659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67F9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7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Sekretariat SP</cp:lastModifiedBy>
  <cp:revision>2</cp:revision>
  <cp:lastPrinted>2026-09-29T10:11:00Z</cp:lastPrinted>
  <dcterms:created xsi:type="dcterms:W3CDTF">2026-10-19T05:56:00Z</dcterms:created>
  <dcterms:modified xsi:type="dcterms:W3CDTF">2026-10-19T05:56:00Z</dcterms:modified>
  <cp:category/>
</cp:coreProperties>
</file>